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:rsidR="00123C61" w:rsidRPr="00B923FD" w14:paraId="4437A1A3" w14:textId="77777777">
        <w:trPr>
          <w:jc w:val="center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6B3578A6" w14:textId="77777777" w:rsidR="00123C61" w:rsidRPr="00ED3A8D" w:rsidRDefault="00000000">
            <w:pPr>
              <w:spacing w:after="0"/>
              <w:rPr>
                <w:rFonts w:ascii="Garamond" w:hAnsi="Garamond"/>
              </w:rPr>
            </w:pPr>
            <w:r w:rsidRPr="00ED3A8D">
              <w:rPr>
                <w:rFonts w:ascii="Garamond" w:hAnsi="Garamond"/>
                <w:noProof/>
              </w:rPr>
              <w:drawing>
                <wp:inline distT="0" distB="0" distL="0" distR="0" wp14:anchorId="2DEFAAC0" wp14:editId="5E7642CB">
                  <wp:extent cx="270000" cy="23072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" cy="230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D626E8A" w14:textId="77777777" w:rsidR="00123C61" w:rsidRPr="00ED3A8D" w:rsidRDefault="00000000">
            <w:pPr>
              <w:spacing w:after="0"/>
              <w:rPr>
                <w:rFonts w:ascii="Garamond" w:hAnsi="Garamond"/>
                <w:bCs/>
                <w:lang w:val="pl-PL"/>
              </w:rPr>
            </w:pPr>
            <w:r w:rsidRPr="00ED3A8D">
              <w:rPr>
                <w:rFonts w:ascii="Garamond" w:hAnsi="Garamond"/>
                <w:bCs/>
                <w:sz w:val="21"/>
                <w:lang w:val="pl-PL"/>
              </w:rPr>
              <w:t>Zespół Szkół Administracyjno-Ekonomicznych w Gdyni</w:t>
            </w:r>
          </w:p>
        </w:tc>
      </w:tr>
    </w:tbl>
    <w:p w14:paraId="481E9A5D" w14:textId="4CEE19F8" w:rsidR="00B923FD" w:rsidRPr="00B923FD" w:rsidRDefault="00B923FD" w:rsidP="00B923FD">
      <w:pPr>
        <w:pStyle w:val="Nagwek1"/>
        <w:rPr>
          <w:rFonts w:ascii="Garamond" w:hAnsi="Garamond"/>
          <w:lang w:val="pl-PL"/>
        </w:rPr>
      </w:pPr>
      <w:r w:rsidRPr="00C35A3C">
        <w:rPr>
          <w:rFonts w:ascii="Garamond" w:hAnsi="Garamond"/>
          <w:lang w:val="pl-PL"/>
        </w:rPr>
        <w:t>ZAŁĄCZNIK NR 6</w:t>
      </w:r>
    </w:p>
    <w:p w14:paraId="2540CDA6" w14:textId="4745496C" w:rsidR="00123C61" w:rsidRDefault="00000000">
      <w:pPr>
        <w:spacing w:after="60"/>
        <w:jc w:val="center"/>
        <w:rPr>
          <w:rFonts w:ascii="Garamond" w:hAnsi="Garamond"/>
          <w:b/>
          <w:sz w:val="25"/>
          <w:lang w:val="pl-PL"/>
        </w:rPr>
      </w:pPr>
      <w:r w:rsidRPr="00ED3A8D">
        <w:rPr>
          <w:rFonts w:ascii="Garamond" w:hAnsi="Garamond"/>
          <w:b/>
          <w:sz w:val="25"/>
          <w:lang w:val="pl-PL"/>
        </w:rPr>
        <w:t>WNIOSEK DO DYREKTORA</w:t>
      </w:r>
      <w:r w:rsidRPr="00ED3A8D">
        <w:rPr>
          <w:rFonts w:ascii="Garamond" w:hAnsi="Garamond"/>
          <w:b/>
          <w:sz w:val="25"/>
          <w:lang w:val="pl-PL"/>
        </w:rPr>
        <w:br/>
        <w:t>O WYRAŻENIE ZGODY NA ORGANIZACJĘ WYCIECZKI / WYJŚCIA GRUPOWEGO</w:t>
      </w:r>
    </w:p>
    <w:p w14:paraId="6A326256" w14:textId="77777777" w:rsidR="00ED3A8D" w:rsidRPr="00ED3A8D" w:rsidRDefault="00ED3A8D">
      <w:pPr>
        <w:spacing w:after="60"/>
        <w:jc w:val="center"/>
        <w:rPr>
          <w:rFonts w:ascii="Garamond" w:hAnsi="Garamond"/>
          <w:lang w:val="pl-PL"/>
        </w:rPr>
      </w:pPr>
    </w:p>
    <w:p w14:paraId="421E0E34" w14:textId="0236D9D7" w:rsidR="00123C61" w:rsidRPr="00ED3A8D" w:rsidRDefault="00ED3A8D">
      <w:pPr>
        <w:spacing w:after="60" w:line="240" w:lineRule="auto"/>
        <w:rPr>
          <w:rFonts w:ascii="Garamond" w:hAnsi="Garamond"/>
          <w:sz w:val="20"/>
          <w:szCs w:val="20"/>
          <w:lang w:val="pl-PL"/>
        </w:rPr>
      </w:pPr>
      <w:r w:rsidRPr="00ED3A8D">
        <w:rPr>
          <w:rFonts w:ascii="Garamond" w:hAnsi="Garamond"/>
          <w:sz w:val="18"/>
          <w:lang w:val="pl-PL"/>
        </w:rPr>
        <w:t xml:space="preserve">              </w:t>
      </w:r>
      <w:r w:rsidRPr="00ED3A8D">
        <w:rPr>
          <w:rFonts w:ascii="Garamond" w:hAnsi="Garamond"/>
          <w:sz w:val="20"/>
          <w:szCs w:val="20"/>
          <w:lang w:val="pl-PL"/>
        </w:rPr>
        <w:t>Wniosek składa się w terminie określonym w § 5 ust. 2 Regulaminu, przed przedłożeniem kompletnej dokumentacji.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835"/>
        <w:gridCol w:w="2381"/>
        <w:gridCol w:w="1984"/>
      </w:tblGrid>
      <w:tr w:rsidR="00123C61" w:rsidRPr="00ED3A8D" w14:paraId="4241AF5C" w14:textId="77777777" w:rsidTr="00B923FD">
        <w:trPr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13C3E0" w14:textId="673ADE08" w:rsidR="00123C61" w:rsidRPr="00ED3A8D" w:rsidRDefault="00ED3A8D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proofErr w:type="spellStart"/>
            <w:r w:rsidRPr="00ED3A8D">
              <w:rPr>
                <w:rFonts w:ascii="Garamond" w:hAnsi="Garamond"/>
                <w:sz w:val="22"/>
              </w:rPr>
              <w:t>Nauczyciel</w:t>
            </w:r>
            <w:proofErr w:type="spellEnd"/>
            <w:r w:rsidRPr="00ED3A8D">
              <w:rPr>
                <w:rFonts w:ascii="Garamond" w:hAnsi="Garamond"/>
                <w:sz w:val="22"/>
              </w:rPr>
              <w:t>/</w:t>
            </w:r>
            <w:proofErr w:type="spellStart"/>
            <w:r w:rsidRPr="00ED3A8D">
              <w:rPr>
                <w:rFonts w:ascii="Garamond" w:hAnsi="Garamond"/>
                <w:sz w:val="22"/>
              </w:rPr>
              <w:t>organizator</w:t>
            </w:r>
            <w:proofErr w:type="spellEnd"/>
          </w:p>
        </w:tc>
        <w:tc>
          <w:tcPr>
            <w:tcW w:w="7200" w:type="dxa"/>
            <w:gridSpan w:val="3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4E19D5" w14:textId="78D273A1" w:rsidR="00123C61" w:rsidRPr="00ED3A8D" w:rsidRDefault="00123C61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</w:tc>
      </w:tr>
      <w:tr w:rsidR="00123C61" w:rsidRPr="00ED3A8D" w14:paraId="446FE620" w14:textId="77777777">
        <w:trPr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F131FD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t>Klasa / klasy / grupa</w:t>
            </w:r>
          </w:p>
        </w:tc>
        <w:tc>
          <w:tcPr>
            <w:tcW w:w="283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C17A161" w14:textId="54F167A3" w:rsidR="00123C61" w:rsidRPr="00ED3A8D" w:rsidRDefault="00123C61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</w:tc>
        <w:tc>
          <w:tcPr>
            <w:tcW w:w="238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970ACA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t>Przewidywana liczba uczniów</w:t>
            </w:r>
          </w:p>
        </w:tc>
        <w:tc>
          <w:tcPr>
            <w:tcW w:w="198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85A74D" w14:textId="72009196" w:rsidR="00123C61" w:rsidRPr="00ED3A8D" w:rsidRDefault="00123C61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</w:tc>
      </w:tr>
      <w:tr w:rsidR="00123C61" w:rsidRPr="00B923FD" w14:paraId="2E81E790" w14:textId="77777777" w:rsidTr="00B923FD">
        <w:trPr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DC3976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t>Rodzaj przedsięwzięcia</w:t>
            </w:r>
          </w:p>
        </w:tc>
        <w:tc>
          <w:tcPr>
            <w:tcW w:w="7200" w:type="dxa"/>
            <w:gridSpan w:val="3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295238F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  <w:lang w:val="pl-PL"/>
              </w:rPr>
            </w:pP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wyjście grupowe   </w:t>
            </w: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wycieczka jednodniowa   </w:t>
            </w: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wycieczka wielodniowa   </w:t>
            </w: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wycieczka zagraniczna</w:t>
            </w:r>
          </w:p>
        </w:tc>
      </w:tr>
      <w:tr w:rsidR="00123C61" w:rsidRPr="00B923FD" w14:paraId="22CC5744" w14:textId="77777777" w:rsidTr="00B923FD">
        <w:trPr>
          <w:trHeight w:val="567"/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9D4526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proofErr w:type="spellStart"/>
            <w:r w:rsidRPr="00ED3A8D">
              <w:rPr>
                <w:rFonts w:ascii="Garamond" w:hAnsi="Garamond"/>
                <w:sz w:val="22"/>
              </w:rPr>
              <w:t>Dzień</w:t>
            </w:r>
            <w:proofErr w:type="spellEnd"/>
            <w:r w:rsidRPr="00ED3A8D">
              <w:rPr>
                <w:rFonts w:ascii="Garamond" w:hAnsi="Garamond"/>
                <w:sz w:val="22"/>
              </w:rPr>
              <w:t xml:space="preserve"> / </w:t>
            </w:r>
            <w:proofErr w:type="spellStart"/>
            <w:r w:rsidRPr="00ED3A8D">
              <w:rPr>
                <w:rFonts w:ascii="Garamond" w:hAnsi="Garamond"/>
                <w:sz w:val="22"/>
              </w:rPr>
              <w:t>termin</w:t>
            </w:r>
            <w:proofErr w:type="spellEnd"/>
          </w:p>
        </w:tc>
        <w:tc>
          <w:tcPr>
            <w:tcW w:w="283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72985F" w14:textId="62C62CC0" w:rsidR="00123C61" w:rsidRPr="00ED3A8D" w:rsidRDefault="00123C61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</w:tc>
        <w:tc>
          <w:tcPr>
            <w:tcW w:w="238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4C5EFC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  <w:lang w:val="pl-PL"/>
              </w:rPr>
            </w:pPr>
            <w:r w:rsidRPr="00ED3A8D">
              <w:rPr>
                <w:rFonts w:ascii="Garamond" w:hAnsi="Garamond"/>
                <w:sz w:val="22"/>
                <w:lang w:val="pl-PL"/>
              </w:rPr>
              <w:t>Godzina wyjścia / wyjazdu i powrotu (jeżeli dotyczy)</w:t>
            </w:r>
          </w:p>
        </w:tc>
        <w:tc>
          <w:tcPr>
            <w:tcW w:w="198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E4C7A8" w14:textId="43D8A65A" w:rsidR="00123C61" w:rsidRPr="00B923FD" w:rsidRDefault="00123C61" w:rsidP="00ED3A8D">
            <w:pPr>
              <w:spacing w:line="360" w:lineRule="auto"/>
              <w:rPr>
                <w:rFonts w:ascii="Garamond" w:hAnsi="Garamond"/>
                <w:sz w:val="22"/>
                <w:lang w:val="pl-PL"/>
              </w:rPr>
            </w:pPr>
          </w:p>
        </w:tc>
      </w:tr>
      <w:tr w:rsidR="00123C61" w:rsidRPr="00ED3A8D" w14:paraId="00649B8F" w14:textId="77777777" w:rsidTr="00B923FD">
        <w:trPr>
          <w:trHeight w:val="850"/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43CA060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proofErr w:type="spellStart"/>
            <w:r w:rsidRPr="00ED3A8D">
              <w:rPr>
                <w:rFonts w:ascii="Garamond" w:hAnsi="Garamond"/>
                <w:sz w:val="22"/>
              </w:rPr>
              <w:t>Miejsce</w:t>
            </w:r>
            <w:proofErr w:type="spellEnd"/>
            <w:r w:rsidRPr="00ED3A8D">
              <w:rPr>
                <w:rFonts w:ascii="Garamond" w:hAnsi="Garamond"/>
                <w:sz w:val="22"/>
              </w:rPr>
              <w:t xml:space="preserve"> / </w:t>
            </w:r>
            <w:proofErr w:type="spellStart"/>
            <w:r w:rsidRPr="00ED3A8D">
              <w:rPr>
                <w:rFonts w:ascii="Garamond" w:hAnsi="Garamond"/>
                <w:sz w:val="22"/>
              </w:rPr>
              <w:t>trasa</w:t>
            </w:r>
            <w:proofErr w:type="spellEnd"/>
            <w:r w:rsidRPr="00ED3A8D">
              <w:rPr>
                <w:rFonts w:ascii="Garamond" w:hAnsi="Garamond"/>
                <w:sz w:val="22"/>
              </w:rPr>
              <w:t xml:space="preserve"> / cel</w:t>
            </w:r>
          </w:p>
        </w:tc>
        <w:tc>
          <w:tcPr>
            <w:tcW w:w="7200" w:type="dxa"/>
            <w:gridSpan w:val="3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9E7A7AF" w14:textId="77777777" w:rsidR="00ED3A8D" w:rsidRPr="00ED3A8D" w:rsidRDefault="00ED3A8D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  <w:p w14:paraId="74E14017" w14:textId="5E9EA35A" w:rsidR="00ED3A8D" w:rsidRPr="00ED3A8D" w:rsidRDefault="00ED3A8D" w:rsidP="00ED3A8D">
            <w:pPr>
              <w:spacing w:line="360" w:lineRule="auto"/>
              <w:rPr>
                <w:rFonts w:ascii="Garamond" w:hAnsi="Garamond"/>
                <w:sz w:val="22"/>
              </w:rPr>
            </w:pPr>
          </w:p>
        </w:tc>
      </w:tr>
      <w:tr w:rsidR="00123C61" w:rsidRPr="00ED3A8D" w14:paraId="6EFD5087" w14:textId="77777777" w:rsidTr="00B923FD">
        <w:trPr>
          <w:trHeight w:val="567"/>
          <w:jc w:val="center"/>
        </w:trPr>
        <w:tc>
          <w:tcPr>
            <w:tcW w:w="226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B07153" w14:textId="77777777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proofErr w:type="spellStart"/>
            <w:r w:rsidRPr="00ED3A8D">
              <w:rPr>
                <w:rFonts w:ascii="Garamond" w:hAnsi="Garamond"/>
                <w:sz w:val="22"/>
              </w:rPr>
              <w:t>Proponowani</w:t>
            </w:r>
            <w:proofErr w:type="spellEnd"/>
            <w:r w:rsidRPr="00ED3A8D">
              <w:rPr>
                <w:rFonts w:ascii="Garamond" w:hAnsi="Garamond"/>
                <w:sz w:val="22"/>
              </w:rPr>
              <w:t xml:space="preserve"> przez organizatora opiekunowie</w:t>
            </w:r>
          </w:p>
        </w:tc>
        <w:tc>
          <w:tcPr>
            <w:tcW w:w="7200" w:type="dxa"/>
            <w:gridSpan w:val="3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DBD2583" w14:textId="77777777" w:rsidR="00123C61" w:rsidRPr="00ED3A8D" w:rsidRDefault="00ED3A8D" w:rsidP="00ED3A8D">
            <w:pPr>
              <w:pStyle w:val="Akapitzlist"/>
              <w:numPr>
                <w:ilvl w:val="0"/>
                <w:numId w:val="10"/>
              </w:numPr>
              <w:spacing w:line="360" w:lineRule="auto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t xml:space="preserve">                                                             2.</w:t>
            </w:r>
          </w:p>
          <w:p w14:paraId="0ABEE3A8" w14:textId="77777777" w:rsidR="00ED3A8D" w:rsidRPr="00ED3A8D" w:rsidRDefault="00ED3A8D" w:rsidP="00ED3A8D">
            <w:pPr>
              <w:pStyle w:val="Akapitzlist"/>
              <w:spacing w:line="360" w:lineRule="auto"/>
              <w:rPr>
                <w:rFonts w:ascii="Garamond" w:hAnsi="Garamond"/>
                <w:sz w:val="22"/>
              </w:rPr>
            </w:pPr>
          </w:p>
          <w:p w14:paraId="41F855B8" w14:textId="2196BAE9" w:rsidR="00ED3A8D" w:rsidRPr="00ED3A8D" w:rsidRDefault="00ED3A8D" w:rsidP="00ED3A8D">
            <w:pPr>
              <w:spacing w:line="360" w:lineRule="auto"/>
              <w:ind w:left="360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t>3.                                                                 4.</w:t>
            </w:r>
          </w:p>
        </w:tc>
      </w:tr>
    </w:tbl>
    <w:p w14:paraId="07073F56" w14:textId="483DB63B" w:rsidR="00123C61" w:rsidRPr="00ED3A8D" w:rsidRDefault="00ED3A8D" w:rsidP="00ED3A8D">
      <w:pPr>
        <w:spacing w:after="0" w:line="360" w:lineRule="auto"/>
        <w:rPr>
          <w:rFonts w:ascii="Garamond" w:hAnsi="Garamond"/>
          <w:bCs/>
          <w:sz w:val="22"/>
          <w:lang w:val="pl-PL"/>
        </w:rPr>
      </w:pPr>
      <w:r w:rsidRPr="00ED3A8D">
        <w:rPr>
          <w:rFonts w:ascii="Garamond" w:hAnsi="Garamond"/>
          <w:bCs/>
          <w:sz w:val="22"/>
          <w:lang w:val="pl-PL"/>
        </w:rPr>
        <w:t xml:space="preserve">          Uzasadnienie organizacji wycieczki / wyjścia:</w:t>
      </w:r>
    </w:p>
    <w:p w14:paraId="3C15761F" w14:textId="74993E8C" w:rsidR="00123C61" w:rsidRPr="00ED3A8D" w:rsidRDefault="00000000" w:rsidP="00ED3A8D">
      <w:pPr>
        <w:spacing w:after="0" w:line="360" w:lineRule="auto"/>
        <w:rPr>
          <w:rFonts w:ascii="Garamond" w:hAnsi="Garamond"/>
          <w:sz w:val="22"/>
          <w:lang w:val="pl-PL"/>
        </w:rPr>
      </w:pPr>
      <w:r w:rsidRPr="00ED3A8D">
        <w:rPr>
          <w:rFonts w:ascii="Garamond" w:hAnsi="Garamond"/>
          <w:sz w:val="22"/>
          <w:lang w:val="pl-PL"/>
        </w:rPr>
        <w:t>................................................................................................................................................................................</w:t>
      </w:r>
      <w:r w:rsidR="00ED3A8D" w:rsidRPr="00ED3A8D">
        <w:rPr>
          <w:rFonts w:ascii="Garamond" w:hAnsi="Garamond"/>
          <w:sz w:val="22"/>
          <w:lang w:val="pl-PL"/>
        </w:rPr>
        <w:t>.................................</w:t>
      </w:r>
    </w:p>
    <w:p w14:paraId="1E615FBA" w14:textId="74EC6E72" w:rsidR="00123C61" w:rsidRPr="00ED3A8D" w:rsidRDefault="00000000" w:rsidP="00ED3A8D">
      <w:pPr>
        <w:spacing w:after="0" w:line="360" w:lineRule="auto"/>
        <w:rPr>
          <w:rFonts w:ascii="Garamond" w:hAnsi="Garamond"/>
          <w:sz w:val="22"/>
          <w:lang w:val="pl-PL"/>
        </w:rPr>
      </w:pPr>
      <w:r w:rsidRPr="00ED3A8D">
        <w:rPr>
          <w:rFonts w:ascii="Garamond" w:hAnsi="Garamond"/>
          <w:sz w:val="22"/>
          <w:lang w:val="pl-PL"/>
        </w:rPr>
        <w:t>................................................................................................................................................................................</w:t>
      </w:r>
      <w:r w:rsidR="00ED3A8D" w:rsidRPr="00ED3A8D">
        <w:rPr>
          <w:rFonts w:ascii="Garamond" w:hAnsi="Garamond"/>
          <w:sz w:val="22"/>
          <w:lang w:val="pl-PL"/>
        </w:rPr>
        <w:t>.................................</w:t>
      </w:r>
    </w:p>
    <w:p w14:paraId="18A21B98" w14:textId="3631C0B1" w:rsidR="00123C61" w:rsidRPr="00ED3A8D" w:rsidRDefault="00ED3A8D" w:rsidP="00ED3A8D">
      <w:pPr>
        <w:spacing w:after="0" w:line="360" w:lineRule="auto"/>
        <w:rPr>
          <w:rFonts w:ascii="Garamond" w:hAnsi="Garamond"/>
          <w:bCs/>
          <w:sz w:val="22"/>
          <w:lang w:val="pl-PL"/>
        </w:rPr>
      </w:pPr>
      <w:r>
        <w:rPr>
          <w:rFonts w:ascii="Garamond" w:hAnsi="Garamond"/>
          <w:b/>
          <w:sz w:val="22"/>
          <w:lang w:val="pl-PL"/>
        </w:rPr>
        <w:t xml:space="preserve">          </w:t>
      </w:r>
      <w:r w:rsidRPr="00ED3A8D">
        <w:rPr>
          <w:rFonts w:ascii="Garamond" w:hAnsi="Garamond"/>
          <w:bCs/>
          <w:sz w:val="22"/>
          <w:lang w:val="pl-PL"/>
        </w:rPr>
        <w:t>Krótki plan / ramowy przebieg wycieczki / wyjścia:</w:t>
      </w:r>
    </w:p>
    <w:p w14:paraId="1E095277" w14:textId="70A89663" w:rsidR="00123C61" w:rsidRPr="00ED3A8D" w:rsidRDefault="00000000" w:rsidP="00ED3A8D">
      <w:pPr>
        <w:spacing w:after="0" w:line="360" w:lineRule="auto"/>
        <w:rPr>
          <w:rFonts w:ascii="Garamond" w:hAnsi="Garamond"/>
          <w:sz w:val="22"/>
        </w:rPr>
      </w:pPr>
      <w:r w:rsidRPr="00ED3A8D">
        <w:rPr>
          <w:rFonts w:ascii="Garamond" w:hAnsi="Garamond"/>
          <w:sz w:val="22"/>
        </w:rPr>
        <w:t>................................................................................................................................................................................</w:t>
      </w:r>
      <w:r w:rsidR="00ED3A8D">
        <w:rPr>
          <w:rFonts w:ascii="Garamond" w:hAnsi="Garamond"/>
          <w:sz w:val="22"/>
        </w:rPr>
        <w:t>................................</w:t>
      </w:r>
    </w:p>
    <w:p w14:paraId="66AD5434" w14:textId="4482EEF1" w:rsidR="00123C61" w:rsidRPr="00ED3A8D" w:rsidRDefault="00000000" w:rsidP="00ED3A8D">
      <w:pPr>
        <w:spacing w:after="0" w:line="360" w:lineRule="auto"/>
        <w:rPr>
          <w:rFonts w:ascii="Garamond" w:hAnsi="Garamond"/>
          <w:sz w:val="22"/>
        </w:rPr>
      </w:pPr>
      <w:r w:rsidRPr="00ED3A8D">
        <w:rPr>
          <w:rFonts w:ascii="Garamond" w:hAnsi="Garamond"/>
          <w:sz w:val="22"/>
        </w:rPr>
        <w:t>................................................................................................................................................................................</w:t>
      </w:r>
      <w:r w:rsidR="00ED3A8D">
        <w:rPr>
          <w:rFonts w:ascii="Garamond" w:hAnsi="Garamond"/>
          <w:sz w:val="22"/>
        </w:rPr>
        <w:t>................................</w:t>
      </w:r>
    </w:p>
    <w:p w14:paraId="228438D7" w14:textId="3B0FF773" w:rsidR="00123C61" w:rsidRPr="00ED3A8D" w:rsidRDefault="00000000" w:rsidP="00ED3A8D">
      <w:pPr>
        <w:spacing w:after="0" w:line="360" w:lineRule="auto"/>
        <w:rPr>
          <w:rFonts w:ascii="Garamond" w:hAnsi="Garamond"/>
          <w:sz w:val="22"/>
        </w:rPr>
      </w:pPr>
      <w:r w:rsidRPr="00ED3A8D">
        <w:rPr>
          <w:rFonts w:ascii="Garamond" w:hAnsi="Garamond"/>
          <w:sz w:val="22"/>
        </w:rPr>
        <w:t>................................................................................................................................................................................</w:t>
      </w:r>
      <w:r w:rsidR="00ED3A8D">
        <w:rPr>
          <w:rFonts w:ascii="Garamond" w:hAnsi="Garamond"/>
          <w:sz w:val="22"/>
        </w:rPr>
        <w:t>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4332"/>
      </w:tblGrid>
      <w:tr w:rsidR="00123C61" w:rsidRPr="00ED3A8D" w14:paraId="5DCC7AD9" w14:textId="77777777" w:rsidTr="00ED3A8D">
        <w:trPr>
          <w:jc w:val="center"/>
        </w:trPr>
        <w:tc>
          <w:tcPr>
            <w:tcW w:w="5383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58563CD" w14:textId="2BE91780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</w:rPr>
            </w:pPr>
            <w:r w:rsidRPr="00ED3A8D">
              <w:rPr>
                <w:rFonts w:ascii="Garamond" w:hAnsi="Garamond"/>
                <w:sz w:val="22"/>
              </w:rPr>
              <w:br/>
            </w:r>
            <w:r w:rsidRPr="00ED3A8D">
              <w:rPr>
                <w:rFonts w:ascii="Garamond" w:hAnsi="Garamond"/>
                <w:sz w:val="20"/>
                <w:szCs w:val="20"/>
              </w:rPr>
              <w:t>(data i podpis organizatora)</w:t>
            </w:r>
          </w:p>
        </w:tc>
        <w:tc>
          <w:tcPr>
            <w:tcW w:w="4332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9528531" w14:textId="77777777" w:rsidR="00123C61" w:rsidRPr="00ED3A8D" w:rsidRDefault="00123C61" w:rsidP="00ED3A8D">
            <w:pPr>
              <w:spacing w:line="360" w:lineRule="auto"/>
              <w:rPr>
                <w:rFonts w:asciiTheme="minorHAnsi" w:hAnsiTheme="minorHAnsi"/>
                <w:sz w:val="22"/>
              </w:rPr>
            </w:pPr>
          </w:p>
        </w:tc>
      </w:tr>
    </w:tbl>
    <w:p w14:paraId="0891ACB4" w14:textId="77777777" w:rsidR="00123C61" w:rsidRPr="00ED3A8D" w:rsidRDefault="00000000" w:rsidP="00ED3A8D">
      <w:pPr>
        <w:spacing w:after="0" w:line="360" w:lineRule="auto"/>
        <w:jc w:val="center"/>
        <w:rPr>
          <w:rFonts w:ascii="Garamond" w:hAnsi="Garamond"/>
          <w:bCs/>
          <w:sz w:val="22"/>
        </w:rPr>
      </w:pPr>
      <w:r w:rsidRPr="00ED3A8D">
        <w:rPr>
          <w:rFonts w:ascii="Garamond" w:hAnsi="Garamond"/>
          <w:bCs/>
          <w:sz w:val="22"/>
        </w:rPr>
        <w:t>DECYZJA DYREKTORA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26"/>
      </w:tblGrid>
      <w:tr w:rsidR="00123C61" w:rsidRPr="00B923FD" w14:paraId="776753B6" w14:textId="77777777" w:rsidTr="00ED3A8D">
        <w:trPr>
          <w:jc w:val="center"/>
        </w:trPr>
        <w:tc>
          <w:tcPr>
            <w:tcW w:w="9926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84FD49" w14:textId="77777777" w:rsidR="00ED3A8D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  <w:lang w:val="pl-PL"/>
              </w:rPr>
            </w:pP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Wyrażam zgodę.   </w:t>
            </w: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Nie wyra</w:t>
            </w:r>
            <w:r w:rsidRPr="00ED3A8D">
              <w:rPr>
                <w:rFonts w:ascii="Garamond" w:hAnsi="Garamond" w:cs="Cambria"/>
                <w:sz w:val="22"/>
                <w:lang w:val="pl-PL"/>
              </w:rPr>
              <w:t>ż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am zgody.   </w:t>
            </w:r>
          </w:p>
          <w:p w14:paraId="579B2F02" w14:textId="4368BF70" w:rsidR="00123C61" w:rsidRPr="00ED3A8D" w:rsidRDefault="00000000" w:rsidP="00ED3A8D">
            <w:pPr>
              <w:spacing w:line="360" w:lineRule="auto"/>
              <w:rPr>
                <w:rFonts w:asciiTheme="minorHAnsi" w:hAnsiTheme="minorHAnsi"/>
                <w:sz w:val="22"/>
                <w:lang w:val="pl-PL"/>
              </w:rPr>
            </w:pPr>
            <w:r w:rsidRPr="00ED3A8D">
              <w:rPr>
                <w:rFonts w:ascii="Segoe UI Symbol" w:hAnsi="Segoe UI Symbol" w:cs="Segoe UI Symbol"/>
                <w:sz w:val="22"/>
                <w:lang w:val="pl-PL"/>
              </w:rPr>
              <w:t>☐</w:t>
            </w:r>
            <w:r w:rsidRPr="00ED3A8D">
              <w:rPr>
                <w:rFonts w:ascii="Garamond" w:hAnsi="Garamond"/>
                <w:sz w:val="22"/>
                <w:lang w:val="pl-PL"/>
              </w:rPr>
              <w:t xml:space="preserve"> Zgoda po uzupe</w:t>
            </w:r>
            <w:r w:rsidRPr="00ED3A8D">
              <w:rPr>
                <w:rFonts w:ascii="Garamond" w:hAnsi="Garamond" w:cs="Cambria"/>
                <w:sz w:val="22"/>
                <w:lang w:val="pl-PL"/>
              </w:rPr>
              <w:t>ł</w:t>
            </w:r>
            <w:r w:rsidRPr="00ED3A8D">
              <w:rPr>
                <w:rFonts w:ascii="Garamond" w:hAnsi="Garamond"/>
                <w:sz w:val="22"/>
                <w:lang w:val="pl-PL"/>
              </w:rPr>
              <w:t>nieniu / zmianie wskazanych element</w:t>
            </w:r>
            <w:r w:rsidRPr="00ED3A8D">
              <w:rPr>
                <w:rFonts w:ascii="Garamond" w:hAnsi="Garamond" w:cs="Cambria"/>
                <w:sz w:val="22"/>
                <w:lang w:val="pl-PL"/>
              </w:rPr>
              <w:t>ó</w:t>
            </w:r>
            <w:r w:rsidRPr="00ED3A8D">
              <w:rPr>
                <w:rFonts w:ascii="Garamond" w:hAnsi="Garamond"/>
                <w:sz w:val="22"/>
                <w:lang w:val="pl-PL"/>
              </w:rPr>
              <w:t>w.</w:t>
            </w:r>
          </w:p>
        </w:tc>
      </w:tr>
      <w:tr w:rsidR="00123C61" w:rsidRPr="00B923FD" w14:paraId="698E28A3" w14:textId="77777777" w:rsidTr="00ED3A8D">
        <w:trPr>
          <w:jc w:val="center"/>
        </w:trPr>
        <w:tc>
          <w:tcPr>
            <w:tcW w:w="9926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037436" w14:textId="4E6B5B50" w:rsidR="00123C61" w:rsidRPr="00ED3A8D" w:rsidRDefault="00000000" w:rsidP="00ED3A8D">
            <w:pPr>
              <w:spacing w:line="360" w:lineRule="auto"/>
              <w:rPr>
                <w:rFonts w:ascii="Garamond" w:hAnsi="Garamond"/>
                <w:sz w:val="22"/>
                <w:lang w:val="pl-PL"/>
              </w:rPr>
            </w:pPr>
            <w:r w:rsidRPr="00ED3A8D">
              <w:rPr>
                <w:rFonts w:ascii="Garamond" w:hAnsi="Garamond"/>
                <w:sz w:val="22"/>
                <w:lang w:val="pl-PL"/>
              </w:rPr>
              <w:t xml:space="preserve">Uwagi: </w:t>
            </w:r>
            <w:r w:rsidRPr="00ED3A8D">
              <w:rPr>
                <w:rFonts w:ascii="Garamond" w:hAnsi="Garamond"/>
                <w:sz w:val="22"/>
                <w:lang w:val="pl-PL"/>
              </w:rPr>
              <w:br/>
              <w:t xml:space="preserve">  </w:t>
            </w:r>
            <w:r w:rsidRPr="00ED3A8D">
              <w:rPr>
                <w:rFonts w:ascii="Garamond" w:hAnsi="Garamond"/>
                <w:sz w:val="22"/>
                <w:lang w:val="pl-PL"/>
              </w:rPr>
              <w:br/>
              <w:t xml:space="preserve">                                                                                                                                          (data i podpis Dyrektora)</w:t>
            </w:r>
          </w:p>
        </w:tc>
      </w:tr>
    </w:tbl>
    <w:p w14:paraId="38CA1ADE" w14:textId="3C757943" w:rsidR="00ED3A8D" w:rsidRPr="00ED3A8D" w:rsidRDefault="00ED3A8D" w:rsidP="00ED3A8D">
      <w:pPr>
        <w:tabs>
          <w:tab w:val="left" w:pos="6690"/>
        </w:tabs>
        <w:rPr>
          <w:lang w:val="pl-PL"/>
        </w:rPr>
      </w:pPr>
      <w:r>
        <w:rPr>
          <w:lang w:val="pl-PL"/>
        </w:rPr>
        <w:tab/>
      </w:r>
    </w:p>
    <w:sectPr w:rsidR="00ED3A8D" w:rsidRPr="00ED3A8D" w:rsidSect="00034616">
      <w:footerReference w:type="default" r:id="rId9"/>
      <w:pgSz w:w="12240" w:h="15840"/>
      <w:pgMar w:top="510" w:right="737" w:bottom="51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C40E" w14:textId="77777777" w:rsidR="00730190" w:rsidRDefault="00730190">
      <w:pPr>
        <w:spacing w:after="0" w:line="240" w:lineRule="auto"/>
      </w:pPr>
      <w:r>
        <w:separator/>
      </w:r>
    </w:p>
  </w:endnote>
  <w:endnote w:type="continuationSeparator" w:id="0">
    <w:p w14:paraId="60332B03" w14:textId="77777777" w:rsidR="00730190" w:rsidRDefault="0073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1B19" w14:textId="0639EB5E" w:rsidR="00123C61" w:rsidRPr="00ED3A8D" w:rsidRDefault="00123C61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E527" w14:textId="77777777" w:rsidR="00730190" w:rsidRDefault="00730190">
      <w:pPr>
        <w:spacing w:after="0" w:line="240" w:lineRule="auto"/>
      </w:pPr>
      <w:r>
        <w:separator/>
      </w:r>
    </w:p>
  </w:footnote>
  <w:footnote w:type="continuationSeparator" w:id="0">
    <w:p w14:paraId="4BC8A401" w14:textId="77777777" w:rsidR="00730190" w:rsidRDefault="00730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F41F55"/>
    <w:multiLevelType w:val="hybridMultilevel"/>
    <w:tmpl w:val="09C2C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318306">
    <w:abstractNumId w:val="8"/>
  </w:num>
  <w:num w:numId="2" w16cid:durableId="600837440">
    <w:abstractNumId w:val="6"/>
  </w:num>
  <w:num w:numId="3" w16cid:durableId="1867329980">
    <w:abstractNumId w:val="5"/>
  </w:num>
  <w:num w:numId="4" w16cid:durableId="869728754">
    <w:abstractNumId w:val="4"/>
  </w:num>
  <w:num w:numId="5" w16cid:durableId="1160004053">
    <w:abstractNumId w:val="7"/>
  </w:num>
  <w:num w:numId="6" w16cid:durableId="1486320212">
    <w:abstractNumId w:val="3"/>
  </w:num>
  <w:num w:numId="7" w16cid:durableId="1379085472">
    <w:abstractNumId w:val="2"/>
  </w:num>
  <w:num w:numId="8" w16cid:durableId="1280648199">
    <w:abstractNumId w:val="1"/>
  </w:num>
  <w:num w:numId="9" w16cid:durableId="974605978">
    <w:abstractNumId w:val="0"/>
  </w:num>
  <w:num w:numId="10" w16cid:durableId="922225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C61"/>
    <w:rsid w:val="0015074B"/>
    <w:rsid w:val="0029639D"/>
    <w:rsid w:val="00326F90"/>
    <w:rsid w:val="005620BB"/>
    <w:rsid w:val="00730190"/>
    <w:rsid w:val="007D3714"/>
    <w:rsid w:val="007E3868"/>
    <w:rsid w:val="00AA1D8D"/>
    <w:rsid w:val="00B47730"/>
    <w:rsid w:val="00B923FD"/>
    <w:rsid w:val="00CB0664"/>
    <w:rsid w:val="00ED3A8D"/>
    <w:rsid w:val="00FA6030"/>
    <w:rsid w:val="00FC693F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D44B8"/>
  <w14:defaultImageDpi w14:val="300"/>
  <w15:docId w15:val="{7335D5D1-739E-40AE-9F1C-D88D4A75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Sąsiadek-Wasilewska</cp:lastModifiedBy>
  <cp:revision>3</cp:revision>
  <dcterms:created xsi:type="dcterms:W3CDTF">2013-12-23T23:15:00Z</dcterms:created>
  <dcterms:modified xsi:type="dcterms:W3CDTF">2026-10-03T11:13:00Z</dcterms:modified>
  <cp:category/>
</cp:coreProperties>
</file>